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327" w:rsidRDefault="00752864" w:rsidP="00752864">
      <w:pPr>
        <w:jc w:val="center"/>
      </w:pPr>
      <w:r>
        <w:rPr>
          <w:noProof/>
          <w:lang w:val="pl-PL" w:eastAsia="pl-PL"/>
        </w:rPr>
        <w:drawing>
          <wp:inline distT="0" distB="0" distL="0" distR="0">
            <wp:extent cx="2751671" cy="2096219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ha logo - 9 (1)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56650" cy="2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327" w:rsidRDefault="00752864">
      <w:pPr>
        <w:jc w:val="center"/>
      </w:pPr>
      <w:r>
        <w:t>FORMULARZ ZWROTU</w:t>
      </w:r>
    </w:p>
    <w:p w:rsidR="002D7327" w:rsidRDefault="00752864">
      <w:r>
        <w:t xml:space="preserve"> </w:t>
      </w:r>
    </w:p>
    <w:p w:rsidR="002D7327" w:rsidRDefault="00752864">
      <w:proofErr w:type="spellStart"/>
      <w:r>
        <w:t>Imię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nazwisko</w:t>
      </w:r>
      <w:proofErr w:type="spellEnd"/>
      <w:r>
        <w:t>: __________________________________________</w:t>
      </w:r>
    </w:p>
    <w:p w:rsidR="002D7327" w:rsidRDefault="00752864">
      <w:proofErr w:type="spellStart"/>
      <w:r>
        <w:t>Numer</w:t>
      </w:r>
      <w:proofErr w:type="spellEnd"/>
      <w:r>
        <w:t xml:space="preserve"> </w:t>
      </w:r>
      <w:proofErr w:type="spellStart"/>
      <w:r>
        <w:t>zamówienia</w:t>
      </w:r>
      <w:proofErr w:type="spellEnd"/>
      <w:r>
        <w:t>: __________________________________________</w:t>
      </w:r>
    </w:p>
    <w:p w:rsidR="002D7327" w:rsidRDefault="00752864">
      <w:r>
        <w:t xml:space="preserve">Data </w:t>
      </w:r>
      <w:proofErr w:type="spellStart"/>
      <w:r>
        <w:t>zakupu</w:t>
      </w:r>
      <w:proofErr w:type="spellEnd"/>
      <w:r>
        <w:t>: __________________________________________</w:t>
      </w:r>
    </w:p>
    <w:p w:rsidR="002D7327" w:rsidRDefault="00752864">
      <w:r>
        <w:t xml:space="preserve">Data </w:t>
      </w:r>
      <w:proofErr w:type="spellStart"/>
      <w:r>
        <w:t>otrzymania</w:t>
      </w:r>
      <w:proofErr w:type="spellEnd"/>
      <w:r>
        <w:t xml:space="preserve"> </w:t>
      </w:r>
      <w:proofErr w:type="spellStart"/>
      <w:r>
        <w:t>przesyłki</w:t>
      </w:r>
      <w:proofErr w:type="spellEnd"/>
      <w:r>
        <w:t>: __________________________________________</w:t>
      </w:r>
    </w:p>
    <w:p w:rsidR="002D7327" w:rsidRDefault="00752864">
      <w:proofErr w:type="spellStart"/>
      <w:r>
        <w:t>Kwota</w:t>
      </w:r>
      <w:proofErr w:type="spellEnd"/>
      <w:r>
        <w:t xml:space="preserve"> do </w:t>
      </w:r>
      <w:proofErr w:type="spellStart"/>
      <w:r>
        <w:t>zwrotu</w:t>
      </w:r>
      <w:proofErr w:type="spellEnd"/>
      <w:r>
        <w:t>: __________________________________________</w:t>
      </w:r>
    </w:p>
    <w:p w:rsidR="002D7327" w:rsidRDefault="00752864">
      <w:proofErr w:type="spellStart"/>
      <w:r>
        <w:t>Numer</w:t>
      </w:r>
      <w:proofErr w:type="spellEnd"/>
      <w:r>
        <w:t xml:space="preserve"> </w:t>
      </w:r>
      <w:proofErr w:type="spellStart"/>
      <w:r>
        <w:t>konta</w:t>
      </w:r>
      <w:proofErr w:type="spellEnd"/>
      <w:r>
        <w:t xml:space="preserve"> do </w:t>
      </w:r>
      <w:proofErr w:type="spellStart"/>
      <w:r>
        <w:t>zwrotu</w:t>
      </w:r>
      <w:proofErr w:type="spellEnd"/>
      <w:r>
        <w:t>: __________________________________________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</w:t>
      </w:r>
    </w:p>
    <w:p w:rsidR="002D7327" w:rsidRDefault="00752864">
      <w:proofErr w:type="spellStart"/>
      <w:r>
        <w:t>Powód</w:t>
      </w:r>
      <w:proofErr w:type="spellEnd"/>
      <w:r>
        <w:t xml:space="preserve"> </w:t>
      </w:r>
      <w:proofErr w:type="spellStart"/>
      <w:r>
        <w:t>zwrotu</w:t>
      </w:r>
      <w:proofErr w:type="spellEnd"/>
      <w:r>
        <w:t>:</w:t>
      </w:r>
    </w:p>
    <w:p w:rsidR="002D7327" w:rsidRDefault="00752864">
      <w:r>
        <w:t>__________________________________________________________________________________________________________________________________________________________________________________________________________________</w:t>
      </w:r>
    </w:p>
    <w:p w:rsidR="00752864" w:rsidRDefault="00752864">
      <w:r>
        <w:t xml:space="preserve">                                                                                  </w:t>
      </w:r>
    </w:p>
    <w:p w:rsidR="00752864" w:rsidRDefault="00752864"/>
    <w:p w:rsidR="00752864" w:rsidRDefault="00752864">
      <w:r>
        <w:t xml:space="preserve">                                                                                                                          </w:t>
      </w:r>
      <w:proofErr w:type="spellStart"/>
      <w:r>
        <w:t>Podpis</w:t>
      </w:r>
      <w:proofErr w:type="spellEnd"/>
      <w:r>
        <w:t xml:space="preserve"> </w:t>
      </w:r>
    </w:p>
    <w:p w:rsidR="00752864" w:rsidRDefault="00752864">
      <w:r>
        <w:t xml:space="preserve">                                                                                          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_________________________________________________</w:t>
      </w:r>
    </w:p>
    <w:p w:rsidR="002D7327" w:rsidRDefault="002D7327"/>
    <w:p w:rsidR="005F3172" w:rsidRDefault="005F3172" w:rsidP="005F3172">
      <w:pPr>
        <w:jc w:val="center"/>
      </w:pPr>
      <w:proofErr w:type="spellStart"/>
      <w:r>
        <w:t>Dziękujemy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zaufanie</w:t>
      </w:r>
      <w:proofErr w:type="spellEnd"/>
      <w:r>
        <w:t xml:space="preserve">! </w:t>
      </w:r>
    </w:p>
    <w:p w:rsidR="005F3172" w:rsidRDefault="005F3172" w:rsidP="005F3172">
      <w:pPr>
        <w:jc w:val="center"/>
      </w:pPr>
      <w:proofErr w:type="spellStart"/>
      <w:r>
        <w:t>Zwrot</w:t>
      </w:r>
      <w:proofErr w:type="spellEnd"/>
      <w:r>
        <w:t xml:space="preserve"> </w:t>
      </w:r>
      <w:proofErr w:type="spellStart"/>
      <w:r>
        <w:t>proszę</w:t>
      </w:r>
      <w:proofErr w:type="spellEnd"/>
      <w:r>
        <w:t xml:space="preserve"> </w:t>
      </w:r>
      <w:proofErr w:type="spellStart"/>
      <w:r>
        <w:t>kierować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adres</w:t>
      </w:r>
      <w:proofErr w:type="spellEnd"/>
      <w:r>
        <w:t xml:space="preserve"> :  </w:t>
      </w:r>
      <w:r w:rsidRPr="005F3172">
        <w:rPr>
          <w:b/>
        </w:rPr>
        <w:t xml:space="preserve">LETHA </w:t>
      </w:r>
      <w:proofErr w:type="spellStart"/>
      <w:r w:rsidRPr="005F3172">
        <w:rPr>
          <w:b/>
        </w:rPr>
        <w:t>Ewa</w:t>
      </w:r>
      <w:proofErr w:type="spellEnd"/>
      <w:r w:rsidRPr="005F3172">
        <w:rPr>
          <w:b/>
        </w:rPr>
        <w:t xml:space="preserve"> </w:t>
      </w:r>
      <w:proofErr w:type="spellStart"/>
      <w:r w:rsidRPr="005F3172">
        <w:rPr>
          <w:b/>
        </w:rPr>
        <w:t>Kalinowska</w:t>
      </w:r>
      <w:proofErr w:type="spellEnd"/>
      <w:r w:rsidRPr="005F3172">
        <w:rPr>
          <w:b/>
        </w:rPr>
        <w:t xml:space="preserve"> </w:t>
      </w:r>
      <w:proofErr w:type="spellStart"/>
      <w:r w:rsidRPr="005F3172">
        <w:rPr>
          <w:b/>
        </w:rPr>
        <w:t>ul</w:t>
      </w:r>
      <w:proofErr w:type="spellEnd"/>
      <w:r w:rsidRPr="005F3172">
        <w:rPr>
          <w:b/>
        </w:rPr>
        <w:t xml:space="preserve">. Sienna 21, 06-300 </w:t>
      </w:r>
      <w:proofErr w:type="spellStart"/>
      <w:r w:rsidRPr="005F3172">
        <w:rPr>
          <w:b/>
        </w:rPr>
        <w:t>Przasnysz</w:t>
      </w:r>
      <w:proofErr w:type="spellEnd"/>
    </w:p>
    <w:sectPr w:rsidR="005F317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15074B"/>
    <w:rsid w:val="0029639D"/>
    <w:rsid w:val="002D7327"/>
    <w:rsid w:val="00326F90"/>
    <w:rsid w:val="004E1389"/>
    <w:rsid w:val="005F3172"/>
    <w:rsid w:val="00752864"/>
    <w:rsid w:val="008A357C"/>
    <w:rsid w:val="00AA1D8D"/>
    <w:rsid w:val="00B47730"/>
    <w:rsid w:val="00BB7B41"/>
    <w:rsid w:val="00CB0664"/>
    <w:rsid w:val="00FC6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752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8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36F573E-3CC3-4D97-9F2B-4AA9849C0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172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Ja</cp:lastModifiedBy>
  <cp:revision>3</cp:revision>
  <dcterms:created xsi:type="dcterms:W3CDTF">2026-04-15T09:11:00Z</dcterms:created>
  <dcterms:modified xsi:type="dcterms:W3CDTF">2026-04-15T09:15:00Z</dcterms:modified>
</cp:coreProperties>
</file>